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וחשבון בשיטה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מחשבים חידת ראשים ורגליים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וכישורי ניחוש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ראשים ורגליים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תרנגולות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שיטה מקובלת לפתרון חידות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פרה תורמת 4 רגליים, ולכן הסכום תמיד 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חיה יש ראש אחד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מספיק מידע כדי לחשב את שני הסוגים בשיטה מודרכת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 החיות בחווה)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(איבר הליכה של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(עזרה קטנה להתחלת החשיבה)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(הסבר שלב אחר שלב עד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(התוצאה כשמחסירים מספר ממספר)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ולזהות מה נתון – מספר הראשים ומספר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לנחש שכל החיות הן מהסוג עם פחות רגליים (למשל תרנגולות)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רגליים היו אם כל החיות היו מאותו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ההפרש בין התוצאה שחושבה לבין מספר הרגליים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לחלק את ההפרש בהפרש הרגליים בין שני הסוגים כדי למצוא את מספר הפרות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פתרון חידה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כל 9 היו תרנגולות היו 18 רגליים, ההפרש מ-26 הוא 8, לכן יש 4 פרות (8 חלקי 2) ו-5 תרנגולות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שהמספרים מתאימים ושהפתרון נכון מבחינה חשבונית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סוג החידה שבה מחשבים חיות לפי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הנתונים – מספר הראשים ומספר הרגליים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מהדף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החידות קודם בעל פה ואז לכתוב את השלבים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תשובה לפני שמסבירים את השיטה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מהחלק של מילוי החסר, בלי חלק הפתיחה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חידות קטנות של חשבון וחשיבה. נלמד איך לפתור אותן לאט לאט,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חיה אחת, גם פרה וגם תרנגולת, נספרת כראש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איבר הליכה, פרה יש לה 4 ורגולת יש לה 2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שמקבלים כשמחסירים מספר אחד ממספר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 ובדיקה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פתרון – מנחשים תשובה ובודקים אם היא מתאימה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 מודרך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שמוביל שלב אחר שלב עד לתשובה הנכונה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קטן שעוזר להתחיל לחשוב על הפתרון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חשבוני עם מספר לא ידוע שצריך למצוא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שמתקבלת כשמחברים 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7 ראשים ו-20 רגליים,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5 ראשים ו-14 רגליים,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פרה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10 ראשים ו-32 רגליים,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6 ראשים ו-16 רגליים, כמה תרנגולות?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יש 9 תרנגולות בלבד, כמה 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חידת ראשים ורגליים גם בשיטת ניחוש ובדיקה, בלי משוואה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בחווה יש רק פרות, מספר הרגליים תמיד יהיה אי-זוגי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הראשים תמיד שווה למספר החיות בחווה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יודעים את מספר הראשים ואת מספר הרגליים, אפשר תמיד למצוא כמה פרות וכמה תרנגולות 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בחווה יש 7 ראשים ו-20 רגליים. אם כל 7 החיות היו תרנגולות, היו בסך הכל __________ 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ההפרש בין 20 הרגליים האמיתיות ל-14 הרגליים שחישבנו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פרה מוסיפה 2 רגליים נוספות לעומת תרנגולת, לכן מספר הפרות הוא 6 חלקי 2, כלומר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מספר התרנגולות הוא 7 פחות 3 פרות, כלומר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בחידה עם 9 ראשים ו-26 רגליים, אם כל 9 החיות היו תרנגולות היו __________ רגליים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שלב אחר שלב עד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התוצאה כשמחסירים מספר ממספר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החיות בחווה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פתרון מודרך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עזרה קטנה להתחלת החשיבה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איבר הליכה של החיה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ההפרש בין התוצאה שחושבה לבין מספר הרגליים האמיתי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רגליים היו אם כל החיות היו מאותו סוג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שכל החיות הן מהסוג עם פחות רגליים (למשל תרנגולות)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ההפרש בהפרש הרגליים בין שני הסוגים כדי למצוא את מספר הפרות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החידה ולזהות מה נתון – מספר הראשים ומספר הרגליים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פתרון חידה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9 ראשים ו-26 רגליים (פרות ותרנגולות). כמה פרות וכמה תרנגולות יש? הסבירו את הדרך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חידת ראשים ורגליים משלכם עם מספר ראשים ורגליים, וכתבו את הפתרון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חידת ראשים ורגליים?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בפתרון חידה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לחידת היגיון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היגיון וחשבון – ראשים ורגליים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