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חידות היגיון וחשבון – ראשים ורגליים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פתרון חידות היגיון וחשבון בשיטה מודרכת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מחשבים חידת ראשים ורגליים צעד אחר צעד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חשיבה לוגית וכישורי ניחוש ובדיקה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חידות ראשים ורגליים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 פרות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4 תרנגולות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שיטה מקובלת לפתרון חידות כאלה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פרה תורמת 4 רגליים, ולכן הסכום תמיד זוגי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שלבי הפתרון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(מספר החיות בחווה)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(איבר הליכה של החיה)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(עזרה קטנה להתחלת החשיבה)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(הסבר שלב אחר שלב עד לתשובה)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שלבי פתרון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לקרוא את החידה ולזהות מה נתון – מספר הראשים ומספר הרגליים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לנחש שכל החיות הן מהסוג עם פחות רגליים (למשל תרנגולות)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לחשב כמה רגליים היו אם כל החיות היו מאותו סוג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למצוא את ההפרש בין התוצאה שחושבה לבין מספר הרגליים האמיתי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פתרון חידה בכתב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הכרת סוג החידה שבה מחשבים חיות לפי ראשים ורגליים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הנתונים – מספר הראשים ומספר הרגליים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הגיונית מהדף מקובלת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לפתור את החידות קודם בעל פה ואז לכתוב את השלבים על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לתלמידים לנחש תשובה לפני שמסבירים את השיטה המדויקת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להתחיל רק מהחלק של מילוי החסר, בלי חלק הפתיחה הפתוח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חידות היגיון וחשבון – ראשים ורגליים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חידות קצרות שבהן צריך לחשוב בהיגיון ולחשב, כמו חידת הפרות והתרנגולות בחווה. נלמד שיטה מסודרת לפתרון שלב אחר שלב.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14  ·  6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חידות ראשים ורגליים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בחווה יש 7 ראשים ו-20 רגליים (פרות ותרנגולות בלבד). כמה פרות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4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בחווה יש 6 ראשים ו-16 רגליים. כמה תרנגולות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 תרנגולות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 תרנגולות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4 תרנגולות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לפתור חידת ראשים ורגליים גם בשיטת ניחוש ובדיקה, בלי משוואה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בחווה יש רק פרות, מספר הרגליים תמיד יהיה אי-זוגי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שלבי הפתרון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בחווה יש 7 ראשים ו-20 רגליים. אם כל 7 החיות היו תרנגולות, היו בסך הכל __________ רגליים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ההפרש בין 20 הרגליים האמיתיות ל-14 הרגליים שחישבנו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איבר הליכה של החיה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מספר החיות בחווה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רמז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הסבר שלב אחר שלב עד לתשובה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פתרון מודרך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עזרה קטנה להתחלת החשיבה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שלבי 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לנחש שכל החיות הן מהסוג עם פחות רגליים (למשל תרנגולות)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לקרוא את החידה ולזהות מה נתון – מספר הראשים ומספר הרגליים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למצוא את ההפרש בין התוצאה שחושבה לבין מספר הרגליים האמיתי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לחשב כמה רגליים היו אם כל החיות היו מאותו סוג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פתרון חידה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חידת ראשים ורגליים?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השלב הראשון בפתרון חידה כזו?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חידות היגיון וחשבון – ראשים ורגליים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